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2345B"/>
          <w:sz w:val="36"/>
        </w:rPr>
        <w:t>INFORME ESCOLAR: EL RECICLAJE EN NUESTRA INSTITUCIÓN</w:t>
      </w:r>
    </w:p>
    <w:p>
      <w:pPr>
        <w:jc w:val="center"/>
      </w:pPr>
      <w:r>
        <w:rPr>
          <w:rFonts w:ascii="Arial" w:hAnsi="Arial"/>
          <w:sz w:val="22"/>
        </w:rPr>
        <w:t>Estudiante: ___________________________________    Grado: 7°</w:t>
      </w:r>
    </w:p>
    <w:p>
      <w:r>
        <w:rPr>
          <w:rFonts w:ascii="Arial" w:hAnsi="Arial"/>
          <w:b/>
          <w:sz w:val="22"/>
        </w:rPr>
        <w:t xml:space="preserve">Introducción. </w:t>
      </w:r>
      <w:r>
        <w:rPr>
          <w:rFonts w:ascii="Arial" w:hAnsi="Arial"/>
          <w:sz w:val="22"/>
        </w:rPr>
        <w:t>Reemplaza este texto por un párrafo de 4 a 6 líneas donde expliques qué es el reciclaje y por qué es importante en la institución.</w:t>
      </w:r>
    </w:p>
    <w:p>
      <w:r>
        <w:rPr>
          <w:rFonts w:ascii="Arial" w:hAnsi="Arial"/>
          <w:b/>
          <w:sz w:val="22"/>
        </w:rPr>
        <w:t xml:space="preserve">Acciones propuestas. </w:t>
      </w:r>
      <w:r>
        <w:rPr>
          <w:rFonts w:ascii="Arial" w:hAnsi="Arial"/>
          <w:sz w:val="22"/>
        </w:rPr>
        <w:t>Escribe una lista con tres acciones concretas que los estudiantes pueden realizar.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Residuo</w:t>
            </w:r>
          </w:p>
        </w:tc>
        <w:tc>
          <w:tcPr>
            <w:tcW w:type="dxa" w:w="5040"/>
          </w:tcPr>
          <w:p>
            <w:r>
              <w:t>Forma correcta de separación</w:t>
            </w:r>
          </w:p>
        </w:tc>
      </w:tr>
      <w:tr>
        <w:tc>
          <w:tcPr>
            <w:tcW w:type="dxa" w:w="5040"/>
          </w:tcPr>
          <w:p>
            <w:r>
              <w:t>Papel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Plástico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Orgánicos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rFonts w:ascii="Arial" w:hAnsi="Arial"/>
          <w:b/>
          <w:sz w:val="22"/>
        </w:rPr>
        <w:t xml:space="preserve">Imagen. </w:t>
      </w:r>
      <w:r>
        <w:rPr>
          <w:rFonts w:ascii="Arial" w:hAnsi="Arial"/>
          <w:sz w:val="22"/>
        </w:rPr>
        <w:t>Inserta aquí la imagen de reciclaje entregada por el docente.</w:t>
      </w:r>
    </w:p>
    <w:p>
      <w:r>
        <w:rPr>
          <w:rFonts w:ascii="Arial" w:hAnsi="Arial"/>
          <w:b/>
          <w:sz w:val="22"/>
        </w:rPr>
        <w:t xml:space="preserve">Conclusión. </w:t>
      </w:r>
      <w:r>
        <w:rPr>
          <w:rFonts w:ascii="Arial" w:hAnsi="Arial"/>
          <w:sz w:val="22"/>
        </w:rPr>
        <w:t>Redacta una conclusión de mínimo tres líneas con tus propias palabras.</w:t>
      </w:r>
    </w:p>
    <w:p>
      <w:pPr/>
      <w:r>
        <w:rPr>
          <w:rFonts w:ascii="Arial" w:hAnsi="Arial"/>
          <w:sz w:val="22"/>
        </w:rPr>
        <w:t>Recuerda: título centrado, subtítulos destacados, buena ortografía, fuente legible, márgenes y nombre de archivo claro.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